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W w:w="9747" w:type="dxa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1845"/>
        <w:gridCol w:w="7902"/>
      </w:tblGrid>
      <w:tr w:rsidR="003C4256" w:rsidRPr="00FF0AE4" w:rsidTr="003C4256">
        <w:trPr>
          <w:trHeight w:val="704"/>
        </w:trPr>
        <w:tc>
          <w:tcPr>
            <w:tcW w:w="1845" w:type="dxa"/>
          </w:tcPr>
          <w:p w:rsidR="003C4256" w:rsidRPr="000B3208" w:rsidRDefault="003C4256" w:rsidP="003C42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902" w:type="dxa"/>
          </w:tcPr>
          <w:p w:rsidR="003C4256" w:rsidRPr="00FF0AE4" w:rsidRDefault="003C4256" w:rsidP="003C4256">
            <w:pPr>
              <w:jc w:val="center"/>
              <w:rPr>
                <w:rFonts w:ascii="Tw Cen MT" w:hAnsi="Tw Cen MT" w:cs="Arial"/>
                <w:sz w:val="80"/>
                <w:szCs w:val="80"/>
              </w:rPr>
            </w:pPr>
          </w:p>
        </w:tc>
      </w:tr>
    </w:tbl>
    <w:p w:rsidR="001337EE" w:rsidRDefault="001337EE" w:rsidP="001337EE">
      <w:pPr>
        <w:pStyle w:val="Ttulo1"/>
        <w:spacing w:before="0"/>
        <w:jc w:val="center"/>
      </w:pPr>
    </w:p>
    <w:p w:rsidR="00BF0FF4" w:rsidRPr="00BF0FF4" w:rsidRDefault="00BF0FF4" w:rsidP="001337EE">
      <w:pPr>
        <w:pStyle w:val="Ttulo1"/>
        <w:spacing w:before="0"/>
        <w:jc w:val="center"/>
        <w:rPr>
          <w:rFonts w:ascii="Arial" w:hAnsi="Arial" w:cs="Arial"/>
          <w:sz w:val="20"/>
        </w:rPr>
      </w:pPr>
    </w:p>
    <w:p w:rsidR="009F593B" w:rsidRPr="00800F5C" w:rsidRDefault="002634B3" w:rsidP="001337EE">
      <w:pPr>
        <w:pStyle w:val="Ttulo1"/>
        <w:spacing w:before="0"/>
        <w:jc w:val="center"/>
        <w:rPr>
          <w:rFonts w:ascii="Arial" w:hAnsi="Arial" w:cs="Arial"/>
          <w:color w:val="000000" w:themeColor="text1"/>
          <w:sz w:val="32"/>
        </w:rPr>
      </w:pPr>
      <w:r w:rsidRPr="00800F5C">
        <w:rPr>
          <w:rFonts w:ascii="Arial" w:hAnsi="Arial" w:cs="Arial"/>
          <w:color w:val="000000" w:themeColor="text1"/>
          <w:sz w:val="32"/>
        </w:rPr>
        <w:t>FICHA MÉDICA DE TRIAGEM</w:t>
      </w:r>
    </w:p>
    <w:p w:rsidR="002634B3" w:rsidRPr="00BF0FF4" w:rsidRDefault="002634B3" w:rsidP="002634B3">
      <w:pPr>
        <w:spacing w:after="0"/>
        <w:ind w:right="-999"/>
        <w:rPr>
          <w:sz w:val="36"/>
        </w:rPr>
      </w:pPr>
    </w:p>
    <w:tbl>
      <w:tblPr>
        <w:tblStyle w:val="Tabelacomgrade"/>
        <w:tblW w:w="9747" w:type="dxa"/>
        <w:tblLook w:val="04A0"/>
      </w:tblPr>
      <w:tblGrid>
        <w:gridCol w:w="2235"/>
        <w:gridCol w:w="7512"/>
      </w:tblGrid>
      <w:tr w:rsidR="002634B3" w:rsidTr="001205D8">
        <w:trPr>
          <w:trHeight w:val="624"/>
        </w:trPr>
        <w:tc>
          <w:tcPr>
            <w:tcW w:w="2235" w:type="dxa"/>
            <w:vAlign w:val="center"/>
          </w:tcPr>
          <w:p w:rsidR="002634B3" w:rsidRPr="00BF0FF4" w:rsidRDefault="002634B3" w:rsidP="002634B3">
            <w:pPr>
              <w:ind w:right="-999"/>
              <w:rPr>
                <w:rFonts w:ascii="Arial Narrow" w:hAnsi="Arial Narrow" w:cs="Arial"/>
                <w:sz w:val="28"/>
                <w:szCs w:val="28"/>
              </w:rPr>
            </w:pPr>
            <w:r w:rsidRPr="00BF0FF4">
              <w:rPr>
                <w:rFonts w:ascii="Arial Narrow" w:hAnsi="Arial Narrow" w:cs="Arial"/>
                <w:sz w:val="28"/>
                <w:szCs w:val="28"/>
              </w:rPr>
              <w:t>EQUIPE:</w:t>
            </w:r>
          </w:p>
        </w:tc>
        <w:tc>
          <w:tcPr>
            <w:tcW w:w="7512" w:type="dxa"/>
            <w:vAlign w:val="center"/>
          </w:tcPr>
          <w:p w:rsidR="002634B3" w:rsidRPr="002634B3" w:rsidRDefault="002634B3" w:rsidP="003A5A7C">
            <w:pPr>
              <w:ind w:right="-999"/>
              <w:rPr>
                <w:rFonts w:ascii="Arial" w:hAnsi="Arial" w:cs="Arial"/>
                <w:sz w:val="20"/>
              </w:rPr>
            </w:pPr>
          </w:p>
        </w:tc>
      </w:tr>
    </w:tbl>
    <w:p w:rsidR="002634B3" w:rsidRPr="00BF0FF4" w:rsidRDefault="002634B3" w:rsidP="002634B3">
      <w:pPr>
        <w:spacing w:after="0"/>
        <w:ind w:right="-999"/>
        <w:rPr>
          <w:sz w:val="28"/>
        </w:rPr>
      </w:pPr>
    </w:p>
    <w:tbl>
      <w:tblPr>
        <w:tblStyle w:val="Tabelacomgrade"/>
        <w:tblW w:w="9747" w:type="dxa"/>
        <w:tblLook w:val="04A0"/>
      </w:tblPr>
      <w:tblGrid>
        <w:gridCol w:w="2928"/>
        <w:gridCol w:w="1008"/>
        <w:gridCol w:w="457"/>
        <w:gridCol w:w="1464"/>
        <w:gridCol w:w="3890"/>
      </w:tblGrid>
      <w:tr w:rsidR="003C4256" w:rsidRPr="001205D8" w:rsidTr="001205D8">
        <w:trPr>
          <w:trHeight w:val="624"/>
        </w:trPr>
        <w:tc>
          <w:tcPr>
            <w:tcW w:w="9747" w:type="dxa"/>
            <w:gridSpan w:val="5"/>
          </w:tcPr>
          <w:p w:rsidR="003C4256" w:rsidRPr="00BF0FF4" w:rsidRDefault="003C4256" w:rsidP="003C4256">
            <w:pPr>
              <w:pStyle w:val="Numerada"/>
              <w:numPr>
                <w:ilvl w:val="0"/>
                <w:numId w:val="0"/>
              </w:numPr>
              <w:spacing w:line="360" w:lineRule="auto"/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NOME COMPLETO:</w:t>
            </w:r>
          </w:p>
          <w:p w:rsidR="003C4256" w:rsidRPr="00BF0FF4" w:rsidRDefault="003C4256" w:rsidP="003C4256">
            <w:pPr>
              <w:ind w:right="-999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3C4256" w:rsidRPr="001205D8" w:rsidTr="00C27F8E">
        <w:trPr>
          <w:trHeight w:val="624"/>
        </w:trPr>
        <w:tc>
          <w:tcPr>
            <w:tcW w:w="2928" w:type="dxa"/>
          </w:tcPr>
          <w:p w:rsidR="00C27F8E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DATA DE NASCIMENTO:</w:t>
            </w:r>
          </w:p>
        </w:tc>
        <w:tc>
          <w:tcPr>
            <w:tcW w:w="2929" w:type="dxa"/>
            <w:gridSpan w:val="3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IDADE:</w:t>
            </w:r>
          </w:p>
        </w:tc>
        <w:tc>
          <w:tcPr>
            <w:tcW w:w="3890" w:type="dxa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CPF:</w:t>
            </w:r>
          </w:p>
          <w:p w:rsidR="003C4256" w:rsidRPr="00BF0FF4" w:rsidRDefault="003C4256" w:rsidP="003C4256">
            <w:pPr>
              <w:ind w:right="-999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3C4256" w:rsidRPr="001205D8" w:rsidTr="001205D8">
        <w:trPr>
          <w:trHeight w:val="624"/>
        </w:trPr>
        <w:tc>
          <w:tcPr>
            <w:tcW w:w="9747" w:type="dxa"/>
            <w:gridSpan w:val="5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ENDEREÇO COMPLETO:</w:t>
            </w:r>
          </w:p>
        </w:tc>
      </w:tr>
      <w:tr w:rsidR="00CC49E5" w:rsidRPr="001205D8" w:rsidTr="00CC49E5">
        <w:trPr>
          <w:trHeight w:val="624"/>
        </w:trPr>
        <w:tc>
          <w:tcPr>
            <w:tcW w:w="2928" w:type="dxa"/>
          </w:tcPr>
          <w:p w:rsidR="00CC49E5" w:rsidRPr="00BF0FF4" w:rsidRDefault="00CC49E5" w:rsidP="00CC49E5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CIDADE:</w:t>
            </w:r>
          </w:p>
        </w:tc>
        <w:tc>
          <w:tcPr>
            <w:tcW w:w="1008" w:type="dxa"/>
          </w:tcPr>
          <w:p w:rsidR="00CC49E5" w:rsidRPr="00BF0FF4" w:rsidRDefault="00CC49E5" w:rsidP="00BF0FF4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ESTADO:</w:t>
            </w:r>
          </w:p>
        </w:tc>
        <w:tc>
          <w:tcPr>
            <w:tcW w:w="5811" w:type="dxa"/>
            <w:gridSpan w:val="3"/>
          </w:tcPr>
          <w:p w:rsidR="00CC49E5" w:rsidRPr="00BF0FF4" w:rsidRDefault="00CC49E5" w:rsidP="00CC49E5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CELULAR</w:t>
            </w:r>
            <w:r w:rsidRPr="00BF0FF4">
              <w:rPr>
                <w:rFonts w:ascii="Arial Narrow" w:hAnsi="Arial Narrow"/>
                <w:sz w:val="16"/>
                <w:szCs w:val="16"/>
              </w:rPr>
              <w:t xml:space="preserve"> PARA CONTATO:</w:t>
            </w:r>
          </w:p>
        </w:tc>
      </w:tr>
      <w:tr w:rsidR="00CC49E5" w:rsidRPr="001205D8" w:rsidTr="00CC49E5">
        <w:trPr>
          <w:trHeight w:val="624"/>
        </w:trPr>
        <w:tc>
          <w:tcPr>
            <w:tcW w:w="3936" w:type="dxa"/>
            <w:gridSpan w:val="2"/>
          </w:tcPr>
          <w:p w:rsidR="00CC49E5" w:rsidRPr="00BF0FF4" w:rsidRDefault="00CC49E5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 xml:space="preserve">GRUPO SANGUÍNEO E FATOR </w:t>
            </w:r>
            <w:r>
              <w:rPr>
                <w:rFonts w:ascii="Arial Narrow" w:hAnsi="Arial Narrow"/>
                <w:sz w:val="16"/>
                <w:szCs w:val="16"/>
              </w:rPr>
              <w:t xml:space="preserve"> E </w:t>
            </w:r>
            <w:r w:rsidRPr="00BF0FF4">
              <w:rPr>
                <w:rFonts w:ascii="Arial Narrow" w:hAnsi="Arial Narrow"/>
                <w:sz w:val="16"/>
                <w:szCs w:val="16"/>
              </w:rPr>
              <w:t>RH:</w:t>
            </w:r>
          </w:p>
        </w:tc>
        <w:tc>
          <w:tcPr>
            <w:tcW w:w="5811" w:type="dxa"/>
            <w:gridSpan w:val="3"/>
          </w:tcPr>
          <w:p w:rsidR="00CC49E5" w:rsidRPr="00BF0FF4" w:rsidRDefault="00CC49E5" w:rsidP="00CC49E5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CONTATO DE EMERGÊNCIA (NOME E TELEFONE):</w:t>
            </w:r>
          </w:p>
          <w:p w:rsidR="00CC49E5" w:rsidRPr="00BF0FF4" w:rsidRDefault="00CC49E5" w:rsidP="00BF0FF4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3C4256" w:rsidRPr="001205D8" w:rsidTr="001205D8">
        <w:trPr>
          <w:trHeight w:val="624"/>
        </w:trPr>
        <w:tc>
          <w:tcPr>
            <w:tcW w:w="9747" w:type="dxa"/>
            <w:gridSpan w:val="5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PLANO DE SAÚDE (NOME E NÚMERO DA CARTEIRINHA, SE HOUVER):</w:t>
            </w:r>
          </w:p>
        </w:tc>
      </w:tr>
      <w:tr w:rsidR="003C4256" w:rsidRPr="001205D8" w:rsidTr="001205D8">
        <w:trPr>
          <w:trHeight w:val="624"/>
        </w:trPr>
        <w:tc>
          <w:tcPr>
            <w:tcW w:w="9747" w:type="dxa"/>
            <w:gridSpan w:val="5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POSSUI ALGUMA ALERGIA? SE SIM, QUAL(IS):</w:t>
            </w:r>
          </w:p>
        </w:tc>
      </w:tr>
      <w:tr w:rsidR="003C4256" w:rsidRPr="001205D8" w:rsidTr="001205D8">
        <w:trPr>
          <w:trHeight w:val="624"/>
        </w:trPr>
        <w:tc>
          <w:tcPr>
            <w:tcW w:w="9747" w:type="dxa"/>
            <w:gridSpan w:val="5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FAZ USO DE ALGUMA MEDICAÇÃO CONTÍNUA? SE SIM, QUAL(IS):</w:t>
            </w:r>
          </w:p>
        </w:tc>
      </w:tr>
      <w:tr w:rsidR="003C4256" w:rsidRPr="001205D8" w:rsidTr="001205D8">
        <w:trPr>
          <w:trHeight w:val="624"/>
        </w:trPr>
        <w:tc>
          <w:tcPr>
            <w:tcW w:w="9747" w:type="dxa"/>
            <w:gridSpan w:val="5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JÁ FOI HOSPITALIZADO OU PASSOU POR CIRURGIA? DETALHAR:</w:t>
            </w:r>
          </w:p>
        </w:tc>
      </w:tr>
      <w:tr w:rsidR="003C4256" w:rsidRPr="001205D8" w:rsidTr="001205D8">
        <w:trPr>
          <w:trHeight w:val="624"/>
        </w:trPr>
        <w:tc>
          <w:tcPr>
            <w:tcW w:w="9747" w:type="dxa"/>
            <w:gridSpan w:val="5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POSSUI ALGUMA CONDIÇÃO DE SAÚDE CRÔNICA (EX: DIABETES, HIPERTENSÃO, EPILEPSIA, ASMA)?</w:t>
            </w:r>
          </w:p>
        </w:tc>
      </w:tr>
      <w:tr w:rsidR="003C4256" w:rsidRPr="001205D8" w:rsidTr="001205D8">
        <w:trPr>
          <w:trHeight w:val="624"/>
        </w:trPr>
        <w:tc>
          <w:tcPr>
            <w:tcW w:w="9747" w:type="dxa"/>
            <w:gridSpan w:val="5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APRESENTA RESTRIÇÕES ALIMENTARES? QUAIS:</w:t>
            </w:r>
          </w:p>
        </w:tc>
      </w:tr>
      <w:tr w:rsidR="003C4256" w:rsidRPr="001205D8" w:rsidTr="001205D8">
        <w:trPr>
          <w:trHeight w:val="624"/>
        </w:trPr>
        <w:tc>
          <w:tcPr>
            <w:tcW w:w="9747" w:type="dxa"/>
            <w:gridSpan w:val="5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POSSUI ALGUMA LIMITAÇÃO FÍSICA QUE EXIJA ATENÇÃO ESPECIAL DURANTE O ACAMPAMENTO?</w:t>
            </w:r>
          </w:p>
        </w:tc>
      </w:tr>
      <w:tr w:rsidR="003C4256" w:rsidRPr="001205D8" w:rsidTr="001205D8">
        <w:trPr>
          <w:trHeight w:val="624"/>
        </w:trPr>
        <w:tc>
          <w:tcPr>
            <w:tcW w:w="9747" w:type="dxa"/>
            <w:gridSpan w:val="5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ESTÁ APTO(A) A REALIZAR TRILHAS OU ATIVIDADES FÍSICAS LEVES A MODERADAS?</w:t>
            </w:r>
          </w:p>
        </w:tc>
      </w:tr>
      <w:tr w:rsidR="00BF0FF4" w:rsidRPr="001205D8" w:rsidTr="001205D8">
        <w:trPr>
          <w:trHeight w:val="624"/>
        </w:trPr>
        <w:tc>
          <w:tcPr>
            <w:tcW w:w="9747" w:type="dxa"/>
            <w:gridSpan w:val="5"/>
          </w:tcPr>
          <w:p w:rsidR="00BF0FF4" w:rsidRPr="00BF0FF4" w:rsidRDefault="00BF0FF4" w:rsidP="00CC49E5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VOCÊ É DE ALGUMA ÁREA DA SAÚDE ? SE SIM QUAL ?</w:t>
            </w:r>
          </w:p>
        </w:tc>
      </w:tr>
      <w:tr w:rsidR="003C4256" w:rsidRPr="001205D8" w:rsidTr="001205D8">
        <w:trPr>
          <w:trHeight w:val="624"/>
        </w:trPr>
        <w:tc>
          <w:tcPr>
            <w:tcW w:w="4393" w:type="dxa"/>
            <w:gridSpan w:val="3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DATA DO PREENCHIMENTO:</w:t>
            </w:r>
          </w:p>
        </w:tc>
        <w:tc>
          <w:tcPr>
            <w:tcW w:w="5354" w:type="dxa"/>
            <w:gridSpan w:val="2"/>
          </w:tcPr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  <w:r w:rsidRPr="00BF0FF4">
              <w:rPr>
                <w:rFonts w:ascii="Arial Narrow" w:hAnsi="Arial Narrow"/>
                <w:sz w:val="16"/>
                <w:szCs w:val="16"/>
              </w:rPr>
              <w:t>ASSINATURA DO PARTICIPANTE:</w:t>
            </w:r>
          </w:p>
          <w:p w:rsidR="003C4256" w:rsidRPr="00BF0FF4" w:rsidRDefault="003C4256" w:rsidP="00BF0FF4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</w:tbl>
    <w:p w:rsidR="003C4256" w:rsidRPr="003C4256" w:rsidRDefault="003C4256" w:rsidP="00C27F8E">
      <w:pPr>
        <w:pStyle w:val="Numerada"/>
        <w:numPr>
          <w:ilvl w:val="0"/>
          <w:numId w:val="0"/>
        </w:numPr>
        <w:spacing w:before="240" w:line="360" w:lineRule="auto"/>
        <w:ind w:left="360"/>
        <w:rPr>
          <w:rFonts w:ascii="Arial Narrow" w:hAnsi="Arial Narrow"/>
          <w:sz w:val="18"/>
          <w:szCs w:val="18"/>
        </w:rPr>
      </w:pPr>
    </w:p>
    <w:sectPr w:rsidR="003C4256" w:rsidRPr="003C4256" w:rsidSect="001337EE">
      <w:pgSz w:w="12240" w:h="15840" w:code="1"/>
      <w:pgMar w:top="567" w:right="1797" w:bottom="851" w:left="1797" w:header="624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2B5EFE2C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hyphenationZone w:val="425"/>
  <w:characterSpacingControl w:val="doNotCompress"/>
  <w:compat>
    <w:useFELayout/>
  </w:compat>
  <w:rsids>
    <w:rsidRoot w:val="00B47730"/>
    <w:rsid w:val="00005D0E"/>
    <w:rsid w:val="00034616"/>
    <w:rsid w:val="0006063C"/>
    <w:rsid w:val="0007492C"/>
    <w:rsid w:val="00081DD8"/>
    <w:rsid w:val="001205D8"/>
    <w:rsid w:val="001337EE"/>
    <w:rsid w:val="0015074B"/>
    <w:rsid w:val="0024668B"/>
    <w:rsid w:val="00252F40"/>
    <w:rsid w:val="002634B3"/>
    <w:rsid w:val="0029639D"/>
    <w:rsid w:val="002C5590"/>
    <w:rsid w:val="00326F90"/>
    <w:rsid w:val="00390D2A"/>
    <w:rsid w:val="003A5A7C"/>
    <w:rsid w:val="003C4256"/>
    <w:rsid w:val="003E72DF"/>
    <w:rsid w:val="0047359C"/>
    <w:rsid w:val="004D544B"/>
    <w:rsid w:val="00547E1D"/>
    <w:rsid w:val="00552915"/>
    <w:rsid w:val="005774C2"/>
    <w:rsid w:val="00721616"/>
    <w:rsid w:val="00800F5C"/>
    <w:rsid w:val="00882B00"/>
    <w:rsid w:val="008A0E21"/>
    <w:rsid w:val="00913A9C"/>
    <w:rsid w:val="0096708B"/>
    <w:rsid w:val="009A785C"/>
    <w:rsid w:val="009F593B"/>
    <w:rsid w:val="00AA1D8D"/>
    <w:rsid w:val="00AF13FB"/>
    <w:rsid w:val="00B45E3B"/>
    <w:rsid w:val="00B47730"/>
    <w:rsid w:val="00BF0FF4"/>
    <w:rsid w:val="00C27F8E"/>
    <w:rsid w:val="00C518FB"/>
    <w:rsid w:val="00CB0664"/>
    <w:rsid w:val="00CC49E5"/>
    <w:rsid w:val="00D02B7D"/>
    <w:rsid w:val="00D25CF7"/>
    <w:rsid w:val="00EE2900"/>
    <w:rsid w:val="00FA08F5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mentoClaro1">
    <w:name w:val="Sombreamento Claro1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SombreamentoClaro-nfase11">
    <w:name w:val="Sombreamento Claro - Ênfase 1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customStyle="1" w:styleId="ListaClara1">
    <w:name w:val="Lista Clara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staClara-nfase11">
    <w:name w:val="Lista Clara - Ênfase 1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customStyle="1" w:styleId="GradeClara1">
    <w:name w:val="Grade Clara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adeClara-nfase11">
    <w:name w:val="Grade Clara - Ênfase 1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SombreamentoMdio11">
    <w:name w:val="Sombreamento Médio 1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SombreamentoMdio1-nfase11">
    <w:name w:val="Sombreamento Médio 1 - Ênfase 1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SombreamentoMdio21">
    <w:name w:val="Sombreamento Médio 2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SombreamentoMdio2-nfase11">
    <w:name w:val="Sombreamento Médio 2 - Ênfase 1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staMdia11">
    <w:name w:val="Lista Média 1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ListaMdia1-nfase11">
    <w:name w:val="Lista Média 1 - Ênfase 1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ListaMdia21">
    <w:name w:val="Lista Média 2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GradeMdia11">
    <w:name w:val="Grade Média 1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GradeMdia21">
    <w:name w:val="Grade Média 2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GradeMdia31">
    <w:name w:val="Grade Média 3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customStyle="1" w:styleId="ListaEscura1">
    <w:name w:val="Lista Escura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customStyle="1" w:styleId="SombreamentoColorido1">
    <w:name w:val="Sombreamento Colorido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ListaColorida1">
    <w:name w:val="Lista Colorida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adeColorida1">
    <w:name w:val="Grade Colorida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9670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70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334EC50-B659-4337-8671-FC25C3CD6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697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Iara</cp:lastModifiedBy>
  <cp:revision>3</cp:revision>
  <cp:lastPrinted>2025-08-14T18:07:00Z</cp:lastPrinted>
  <dcterms:created xsi:type="dcterms:W3CDTF">2026-01-12T19:21:00Z</dcterms:created>
  <dcterms:modified xsi:type="dcterms:W3CDTF">2026-01-12T19:21:00Z</dcterms:modified>
</cp:coreProperties>
</file>